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🧩 מי לא שייך? – שמות תואר וקריאה עם שווא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 לא שייך? – שמות תואר וקריאה עם שווא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שם תואר שלא מתאים לשם העצם ולהסביר 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להתאים שמות תואר לשם עצם לפי מין ומספר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קריאה נכונה של מילים עם שווא נע ושווא נח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מי לא שייך?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נוזלית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 – קר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 – קטן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מעופף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ד – מנבח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התאמה: שם עצם ושם תואר מתאים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(חרוצה)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(חזק)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(כבד)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(רטוב)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(קלה)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קריאה נכונה: השלימו שם תואר מתאים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קטנה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חזק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חרוצים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אחרת המשפט נשמע לא נכון בעברית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כלב הוא זכר, צריך להגיד גדול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 הכלל הבסיסי לשווא בתחילת 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שווא נח שותק ולא נשמע בכלל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כתוב בכללי המשחק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הקבוצה שבתור רואה את שם העצם וארבעת שמות התואר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חברי הקבוצה מתייעצים עשר שניות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הקבוצה אומרת איזה שם תואר לא שייך ומסבירה 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אם התשובה נכונה הקבוצה מקבלת נקודה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אפשר לקבל נקודת בונוס אם מציעים שם תואר חמישי מתאים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בעל חיים ברור, שלושה תארים נכונים ואמיתיים, תואר אחד שלא קשור, הסבר הגיוני לבחירה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הגיונית כמו כלב גדול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שווא נע נשמע קצת, שווא נח שותק לגמרי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שהמשפט יישמע נכון בעברית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לשחק את משחק הקבוצות בלוח הכיתה לפני או אחרי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לקרוא יחד בקול את המילים עם השווא כדי לתרגל הגייה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תלמידים להציע תואר חמישי מתאים כמו בכללי הבונוס במשחק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🧩 מי לא שייך? – שמות תואר וקריאה עם שווא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 לא שייך? – שמות תואר וקריאה עם שווא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יש תרגילים על שמות תואר. נבדוק אילו מילים מתאימות לבעל חיים, ונקרא נכון מילים עם שווא.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שם תואר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שמתארת איך משהו נראה או מתנהג, כמו קטן או אדום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שם עצם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שמתארת דבר, בעל חיים או אדם, כמו נמלה או כלב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שווא נע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שווא שנשמע קצת כמו תנועה, בדרך כלל בתחילת מילה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שווא נח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שווא ששותק ולא נשמע בכלל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התאמה במין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תואר צריך להתאים לשם העצם: זכר עם זכר, נקבה עם נקבה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התאמה במספר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תואר צריך להתאים לשם העצם: יחיד עם יחיד, רבים עם רבים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קריאה נכונה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לבטא כל אות ותנועה במילה בצורה מדויקת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מי לא שייך?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מילה לא מתאימה לנמלה?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קטנה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שחורה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נוזלית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חרוצה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מילה לא מתאימה לאריה?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חזק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מהיר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צהוב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מילה לא מתאימה לפיל?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מילה לא מתאימה לדג?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רטוב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מעופף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מהיר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מילה לא מתאימה לנחש?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ארוך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חלק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בלי רגליים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מנבח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התאמה: שם עצם ושם תואר 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נמלה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כבד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אריה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חרוצה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פיל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קלה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דג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חזק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ציפור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רטוב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קריאה נכונה: השלימו שם תואר 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הנמלה __________ (קטן / קטנה)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האריה __________ (חזקה / חזק)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הכלבים __________ (חרוץ / חרוצים)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במילה שְׁחֹרָה השווא שמתחת לאות הראשונה הוא שווא __________ (נע / נח)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במילה נְמָלָה השווא שמתחת לאות הראשונה הוא שווא __________ (נע / נח)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תואר חייב להתאים לשם העצם במין, זכר או נקבה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להגיד הכלב גדולה בלי שום בעיה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שווא בתחילת מילה הוא תמיד שווא נע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שווא נח נשמע כמו תנועה קצרה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במשחק מי לא שייך אפשר לקבל נקודת בונוס על שם תואר נוסף שמתאים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חברי הקבוצה מתייעצים עשר שניות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הקבוצה שבתור רואה את שם העצם וארבעת שמות התואר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לקבל נקודת בונוס אם מציעים שם תואר חמישי מתאים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הקבוצה אומרת איזה שם תואר לא שייך ומסבירה למה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התשובה נכונה הקבוצה מקבלת נקודה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בעל חיים, כתבו ארבעה שמות תואר שבהם שלושה מתאימים לו ואחד לא, והסבירו למה האחד לא מתאים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לשם עצם ושם תואר שמתאימים לו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שווא נע לשווא נח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ששם התואר יתאים לשם העצם במין ובמספר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 לא שייך? – שמות תואר וקריאה עם שווא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