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תואר שלא מתאים לשם העצם ולהסביר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שמות תואר לשם עצם לפי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נכונה של מילים עם שווא נע ושווא נח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נוזלית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התאמה: שם עצם ושם תואר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(חרוצה)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(חזק)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(רטוב)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קריאה נכונה: השלימו שם תואר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חזק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אחרת המשפט נשמע לא נכון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הכלל הבסיסי לשווא בתחילת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הקבוצה שבתור רואה את שם העצם וארבעת שמות התואר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חברי הקבוצה מתייעצים עשר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הקבוצה אומרת איזה שם תואר לא שייך ומסבירה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אפשר לקבל נקודת בונוס אם מציעים שם תואר חמישי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בעל חיים ברור, שלושה תארים נכונים ואמיתיים, תואר אחד שלא קשור, הסבר הגיוני לבחירה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כמו כלב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שווא נע נשמע קצת, שווא נח שותק לגמרי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שהמשפט יישמע נכון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הקבוצות בלוח הכיתה לפני או אחרי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יחד בקול את המילים עם השווא כדי לתרגל הגייה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להציע תואר חמישי מתאים כמו בכללי הבונוס במשחק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המשחק מי לא שייך: בוחרים שם עצם, כמו נמלה, ומחליטים איזה משמות התואר שלידו לא מתאים לו ולמה. נתרגל גם קריאה נכונה של מילים עם שווא.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קטנה  ·  חזק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 לא שייך?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נמלה: קטנה, שחורה, נוזלית, חרוצה – איזו מילה לא שייכת?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נוזלית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פיל: גדול, כבד, אפור, קטן – איזו מילה לא שייכת?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קטן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התאמה: שם עצם ושם תואר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נמלה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חרוצה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קריאה נכונה: השלימו שם תואר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הנמלה __________ (קטן / קטנה)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האריה __________ (חזקה / חזק)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תואר חייב להתאים לשם העצם במין, זכר או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שווא בתחילת מילה הוא תמיד שווא נע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הקבוצה אומרת איזה שם תואר לא שייך ומסבירה למה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לקבל נקודת בונוס אם מציעים שם תואר חמישי 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הקבוצה שבתור רואה את שם העצם וארבעת שמות התואר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חברי הקבוצה מתייעצים עשר שניות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בעל חיים, כתבו ארבעה שמות תואר שבהם שלושה מתאימים לו ואחד לא, והסבירו למה האחד לא מתאים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לשם עצם ושם תואר שמתאימים 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שווא נע לשווא נח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לא שייך? – שמות תואר וקריאה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